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🔎 בזמן הקריאה – לוח משימות</w:t>
      </w:r>
    </w:p>
    <w:p>
      <w:pPr>
        <w:bidi/>
        <w:jc w:val="right"/>
      </w:pPr>
      <w:r>
        <w:rPr>
          <w:rFonts w:ascii="Arial" w:hAnsi="Arial" w:cs="Arial"/>
          <w:sz w:val="22"/>
          <w:rtl/>
          <w:szCs w:val="22"/>
        </w:rPr>
        <w:t>🎯 ניטור ההבנה בזמן קריאה: עצירה, סיכום, שאלה ודמיון</w:t>
      </w:r>
    </w:p>
    <w:p>
      <w:pPr>
        <w:bidi/>
        <w:jc w:val="right"/>
      </w:pPr>
      <w:r>
        <w:rPr>
          <w:rFonts w:ascii="Arial" w:hAnsi="Arial" w:cs="Arial"/>
          <w:sz w:val="22"/>
          <w:rtl/>
          <w:szCs w:val="22"/>
        </w:rPr>
        <w:t>איך משחקים: מגלגלים, מוצאים את השורה, בוחרים עמודה ומבצעים.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591"/>
        <w:gridCol w:w="3591"/>
        <w:gridCol w:w="3591"/>
        <w:gridCol w:w="3591"/>
      </w:tblGrid>
      <w:tr>
        <w:tc>
          <w:tcPr>
            <w:tcW w:type="dxa" w:w="3591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🎲</w:t>
            </w:r>
          </w:p>
        </w:tc>
        <w:tc>
          <w:tcPr>
            <w:tcW w:type="dxa" w:w="3591"/>
            <w:shd w:val="clear" w:fill="1864ab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🟢 בסיס</w:t>
            </w:r>
          </w:p>
        </w:tc>
        <w:tc>
          <w:tcPr>
            <w:tcW w:type="dxa" w:w="3591"/>
            <w:shd w:val="clear" w:fill="1864ab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🟡 מתקדם</w:t>
            </w:r>
          </w:p>
        </w:tc>
        <w:tc>
          <w:tcPr>
            <w:tcW w:type="dxa" w:w="3591"/>
            <w:shd w:val="clear" w:fill="1864ab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🔴 אתגר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⚀ 1  ⏸️ עוצרים ומסכמים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עצרו אחרי הפסקה הראשונה וספרו לחבר/ה במשפט מה קראתם.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משפט מרכזי לכל פסקה.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סכמו את מה שקראתם עד עכשיו ב־20 מילים בדיוק.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⚁ 2  🔍 מילה קשה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סמנו מילה שלא הבנתם וקראו את המשפט שלפניה ואחריה.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נחשו את פירוש המילה מההקשר ובדקו במילון.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מצאו 2 מילים נרדפות למילה קשה מהטקסט.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⚂ 3  🎬 מדמיינים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תארו לחבר/ה את התמונה שעולה לכם בראש.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ציירו במהירות את הקטע שקראתם עכשיו.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תארו את הקטע דרך 3 חושים: מה רואים, שומעים, מרגישים.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⚃ 4  ❓ שאלה תוך כדי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שאלה אחת שעולה לכם עכשיו.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שאלה ונסו לענות עליה אחרי הפסקה הבאה.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שאלה לכותב/ת הטקסט: מה הייתם רוצים לשאול?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⚄ 5  🔗 חיבור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זה מזכיר לכם מהחיים שלכם?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קשרו את הקטע לטקסט אחר שקראתם.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קשרו את הקטע למשהו שקורה בעולם או בקהילה.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⚅ 6  ✏️ סימון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סמנו ✔ ליד משהו שידעתם ו־! ליד משהו חדש.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סמנו בצבע אחד סיבה ובצבע אחר תוצאה.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סמנו את המשפט החשוב ביותר בקטע ונמקו.</w:t>
            </w:r>
          </w:p>
        </w:tc>
      </w:tr>
    </w:tbl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🔎 בזמן הקריאה – לוח פשוט (חנ״מ)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🔊 מקריאים בקול, בלי שעון. עמודה אחת.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7183"/>
        <w:gridCol w:w="7183"/>
      </w:tblGrid>
      <w:tr>
        <w:tc>
          <w:tcPr>
            <w:tcW w:type="dxa" w:w="7183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30"/>
                <w:rtl/>
                <w:szCs w:val="30"/>
                <w:bCs/>
              </w:rPr>
              <w:t>🎲</w:t>
            </w:r>
          </w:p>
        </w:tc>
        <w:tc>
          <w:tcPr>
            <w:tcW w:type="dxa" w:w="7183"/>
            <w:shd w:val="clear" w:fill="1864ab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30"/>
                <w:rtl/>
                <w:szCs w:val="30"/>
                <w:bCs/>
              </w:rPr>
              <w:t>🟢 בסיס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⚀ 1  ⏸️ עוצרים ומסכמים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עצרו אחרי הפסקה הראשונה וספרו לחבר/ה במשפט מה קראתם.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⚁ 2  🔍 מילה קשה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סמנו מילה שלא הבנתם וקראו את המשפט שלפניה ואחריה.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⚂ 3  🎬 מדמיינים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תארו לחבר/ה את התמונה שעולה לכם בראש.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⚃ 4  ❓ שאלה תוך כדי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כתבו שאלה אחת שעולה לכם עכשיו.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⚄ 5  🔗 חיבור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מה זה מזכיר לכם מהחיים שלכם?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⚅ 6  ✏️ סימון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סמנו ✔ ליד משהו שידעתם ו־! ליד משהו חדש.</w:t>
            </w:r>
          </w:p>
        </w:tc>
      </w:tr>
    </w:tbl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🔎 בזמן הקריאה – לוח לעולים ולעולות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📖 מילון קטן: ⏸️ לעצור – להפסיק רגע   |   📝 לסכם – לומר בקצרה   |   🎬 לדמיין – לראות בראש   |   🔍 מילה קשה – מילה שלא מבינים   |   ✏️ לסמן – לצייר קו או סימן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7183"/>
        <w:gridCol w:w="7183"/>
      </w:tblGrid>
      <w:tr>
        <w:tc>
          <w:tcPr>
            <w:tcW w:type="dxa" w:w="7183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8"/>
                <w:rtl/>
                <w:szCs w:val="28"/>
                <w:bCs/>
              </w:rPr>
              <w:t>🎲</w:t>
            </w:r>
          </w:p>
        </w:tc>
        <w:tc>
          <w:tcPr>
            <w:tcW w:type="dxa" w:w="7183"/>
            <w:shd w:val="clear" w:fill="1864ab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8"/>
                <w:rtl/>
                <w:szCs w:val="28"/>
                <w:bCs/>
              </w:rPr>
              <w:t>🟢 בסיס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⚀ 1  ⏸️ עוצרים ומסכמים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עצרו אחרי הפסקה הראשונה וספרו לחבר/ה במשפט מה קראתם.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⚁ 2  🔍 מילה קשה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סמנו מילה שלא הבנתם וקראו את המשפט שלפניה ואחריה.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⚂ 3  🎬 מדמיינים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תארו לחבר/ה את התמונה שעולה לכם בראש.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⚃ 4  ❓ שאלה תוך כדי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כתבו שאלה אחת שעולה לכם עכשיו.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⚄ 5  🔗 חיבור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מה זה מזכיר לכם מהחיים שלכם?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⚅ 6  ✏️ סימון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סמנו ✔ ליד משהו שידעתם ו־! ליד משהו חדש.</w:t>
            </w:r>
          </w:p>
        </w:tc>
      </w:tr>
    </w:tbl>
    <w:sectPr w:rsidR="00FC693F" w:rsidRPr="0006063C" w:rsidSect="00034616">
      <w:footerReference w:type="default" r:id="rId9"/>
      <w:pgSz w:w="15840" w:h="12240" w:orient="landscape"/>
      <w:pgMar w:top="737" w:right="737" w:bottom="737" w:left="73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288000" cy="28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8000" cy="28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בזמן הקריאה – לוח משימות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