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F08C00"/>
          <w:sz w:val="40"/>
          <w:rtl/>
          <w:szCs w:val="40"/>
          <w:bCs/>
        </w:rPr>
        <w:t>💡 אחרי הקריאה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רעיון מרכזי, סיכום, הבעת דעה וקישור לחיים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f08c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f08c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f08c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💡 רעיון מרכזי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במשפט אחד: על מה הטקסט?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הרעיון המרכזי ו־2 פרטים שתומכים בו.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הכותב/ת רצה שנבין? מה בטקסט מראה זאת?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📝 סיכום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את הטקסט ב־3 משפטים: התחלה, אמצע, סוף.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סיכום של 5 משפטים בלי להעתיק משפטים מהטקסט.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סיכום ב־30 מילים בדיוק.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🧩 פרטים חשובים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עובדות שלמדתם.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מלאו טבלה: מי? מה? איפה? מתי? למה?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פרט שאפשר לוותר עליו ופרט שאי אפשר – ונמקו.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💬 דעה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אהבתם את הטקסט? ענו במשפט ונמקו.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דעה ונמקו בשתי ראיות מהטקסט.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דעה הפוכה לשלכם ונסו לענות לה.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🌍 קשר לחיים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למדתם שאפשר להשתמש בו בחיים?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קרה לכם משהו דומה? ספרו.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הייתם משנים בכיתה או בבית בעקבות הטקסט?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🎨 יצירה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ציירו את הרגע החשוב בטקסט.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שאלות קוויז על הטקסט – עם תשובות.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הטקסט מחדש בסוגה אחרת: מודעה, מכתב או ראיון.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F08C00"/>
          <w:sz w:val="40"/>
          <w:rtl/>
          <w:szCs w:val="40"/>
          <w:bCs/>
        </w:rPr>
        <w:t>💡 אחרי הקריאה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f08c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💡 רעיון מרכזי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במשפט אחד: על מה הטקסט?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📝 סיכום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ספרו את הטקסט ב־3 משפטים: התחלה, אמצע, סוף.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🧩 פרטים חשובים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3 עובדות שלמדתם.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💬 דעה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האם אהבתם את הטקסט? ענו במשפט ונמקו.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🌍 קשר לחיים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מה למדתם שאפשר להשתמש בו בחיים?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🎨 יצירה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ציירו את הרגע החשוב בטקסט.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F08C00"/>
          <w:sz w:val="40"/>
          <w:rtl/>
          <w:szCs w:val="40"/>
          <w:bCs/>
        </w:rPr>
        <w:t>💡 אחרי הקריאה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💡 רעיון מרכזי – הדבר הכי חשוב   |   📝 סיכום – הטקסט בקיצור   |   💬 דעה – מה אני חושב/ת   |   🧩 עובדה – דבר נכון שאפשר לבדוק   |   🗣️ לנמק – להסביר למה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f08c0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💡 רעיון מרכזי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במשפט אחד: על מה הטקסט?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📝 סיכום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ספרו את הטקסט ב־3 משפטים: התחלה, אמצע, סוף.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🧩 פרטים חשובים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3 עובדות שלמדתם.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💬 דעה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האם אהבתם את הטקסט? ענו במשפט ונמקו.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🌍 קשר לחיים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מה למדתם שאפשר להשתמש בו בחיים?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🎨 יצירה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ציירו את הרגע החשוב בטקסט.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 הקריאה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